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after="20"/>
        <w:jc w:val="left"/>
      </w:pPr>
      <w:r>
        <w:rPr>
          <w:rFonts w:ascii="Arial" w:hAnsi="Arial"/>
          <w:b/>
          <w:color w:val="5A1727"/>
          <w:sz w:val="48"/>
        </w:rPr>
        <w:t>The Promise</w:t>
      </w:r>
    </w:p>
    <w:p>
      <w:pPr>
        <w:spacing w:after="160"/>
        <w:widowControl/>
        <w:pBdr>
          <w:bottom w:val="single" w:sz="12" w:space="5" w:color="7B2438"/>
        </w:pBdr>
      </w:pPr>
      <w:r>
        <w:rPr>
          <w:rFonts w:ascii="Arial" w:hAnsi="Arial"/>
          <w:b/>
          <w:color w:val="7B2438"/>
          <w:sz w:val="26"/>
        </w:rPr>
        <w:t>0.99.9</w:t>
      </w:r>
      <w:r>
        <w:rPr>
          <w:rFonts w:ascii="Arial" w:hAnsi="Arial"/>
          <w:color w:val="656565"/>
          <w:sz w:val="20"/>
        </w:rPr>
        <w:t xml:space="preserve">  by Xagrim’s Gameforge</w:t>
      </w:r>
    </w:p>
    <w:tbl>
      <w:tblPr>
        <w:tblW w:type="auto" w:w="0"/>
        <w:tblLayout w:type="autofit"/>
        <w:tblLook w:firstColumn="1" w:firstRow="1" w:lastColumn="0" w:lastRow="0" w:noHBand="0" w:noVBand="1" w:val="04A0"/>
      </w:tblPr>
      <w:tblGrid>
        <w:gridCol w:w="9660"/>
      </w:tblGrid>
      <w:tr>
        <w:tc>
          <w:tcPr>
            <w:tcW w:type="dxa" w:w="9660"/>
            <w:shd w:fill="F2F2F2" w:val="clear"/>
            <w:tcMar>
              <w:top w:w="110" w:type="dxa"/>
              <w:start w:w="150" w:type="dxa"/>
              <w:bottom w:w="110" w:type="dxa"/>
              <w:end w:w="150" w:type="dxa"/>
            </w:tcMar>
            <w:vAlign w:val="center"/>
          </w:tcPr>
          <w:p>
            <w:pPr>
              <w:pStyle w:val="TPIntro"/>
              <w:spacing w:after="0"/>
              <w:widowControl/>
              <w:pBdr>
                <w:left w:val="single" w:sz="22" w:space="6" w:color="7B2438"/>
              </w:pBdr>
            </w:pPr>
            <w:r>
              <w:rPr>
                <w:rFonts w:ascii="Arial" w:hAnsi="Arial"/>
              </w:rPr>
              <w:t>Unlike entirely new content, which you can expect from us again soon, this update is primarily focused on missing and improved material. And fixing bugs—lots of bugs that will hopefully make the overall gameplay experience much more enjoyable.</w:t>
            </w:r>
          </w:p>
        </w:tc>
      </w:tr>
    </w:tbl>
    <w:p>
      <w:pPr>
        <w:widowControl/>
        <w:spacing w:after="0" w:before="0"/>
      </w:pPr>
      <w:r>
        <w:rPr>
          <w:sz w:val="2"/>
        </w:rPr>
      </w:r>
    </w:p>
    <w:p>
      <w:pPr>
        <w:pStyle w:val="TPSection"/>
        <w:widowControl/>
        <w:pBdr>
          <w:bottom w:val="single" w:sz="8" w:space="3" w:color="D8C7CC"/>
        </w:pBdr>
      </w:pPr>
      <w:r>
        <w:rPr>
          <w:rFonts w:ascii="Arial" w:hAnsi="Arial"/>
          <w:b/>
        </w:rPr>
        <w:t>Content:</w:t>
      </w:r>
    </w:p>
    <w:p>
      <w:pPr>
        <w:pStyle w:val="TPBullet"/>
        <w:widowControl/>
      </w:pPr>
      <w:r>
        <w:rPr>
          <w:rFonts w:ascii="Arial" w:hAnsi="Arial"/>
          <w:b/>
          <w:color w:val="7B2438"/>
        </w:rPr>
        <w:t xml:space="preserve">•  </w:t>
      </w:r>
      <w:r>
        <w:rPr>
          <w:rFonts w:ascii="Arial" w:hAnsi="Arial"/>
        </w:rPr>
        <w:t>Added a lot of new animations and now the finished ultimate scene for the cinema route for Michelle (Completed all cinema routes)</w:t>
      </w:r>
    </w:p>
    <w:p>
      <w:pPr>
        <w:pStyle w:val="TPBullet"/>
        <w:widowControl/>
      </w:pPr>
      <w:r>
        <w:rPr>
          <w:rFonts w:ascii="Arial" w:hAnsi="Arial"/>
          <w:b/>
          <w:color w:val="7B2438"/>
        </w:rPr>
        <w:t xml:space="preserve">•  </w:t>
      </w:r>
      <w:r>
        <w:rPr>
          <w:rFonts w:ascii="Arial" w:hAnsi="Arial"/>
        </w:rPr>
        <w:t xml:space="preserve">Added the repeatable part for Michelle’s final bar event, including all Queen, Masked, Husband, Wild, and King variations, with temporary role changes and permanent ones </w:t>
      </w:r>
      <w:r>
        <w:rPr>
          <w:rFonts w:ascii="Arial" w:hAnsi="Arial"/>
          <w:i/>
          <w:color w:val="5A1727"/>
        </w:rPr>
        <w:t>(Not complete yet)</w:t>
      </w:r>
    </w:p>
    <w:p>
      <w:pPr>
        <w:pStyle w:val="TPBullet"/>
        <w:widowControl/>
      </w:pPr>
      <w:r>
        <w:rPr>
          <w:rFonts w:ascii="Arial" w:hAnsi="Arial"/>
          <w:b/>
          <w:color w:val="7B2438"/>
        </w:rPr>
        <w:t xml:space="preserve">•  </w:t>
      </w:r>
      <w:r>
        <w:rPr>
          <w:rFonts w:ascii="Arial" w:hAnsi="Arial"/>
        </w:rPr>
        <w:t>Added new music and sounds</w:t>
      </w:r>
    </w:p>
    <w:p>
      <w:pPr>
        <w:pStyle w:val="TPBullet"/>
        <w:widowControl/>
      </w:pPr>
      <w:r>
        <w:rPr>
          <w:rFonts w:ascii="Arial" w:hAnsi="Arial"/>
          <w:b/>
          <w:color w:val="7B2438"/>
        </w:rPr>
        <w:t xml:space="preserve">•  </w:t>
      </w:r>
      <w:r>
        <w:rPr>
          <w:rFonts w:ascii="Arial" w:hAnsi="Arial"/>
        </w:rPr>
        <w:t>Improved some dialogues and scenes (Thanks to SDevil (Editor and Scene Writer))</w:t>
      </w:r>
    </w:p>
    <w:p>
      <w:pPr>
        <w:pStyle w:val="TPSection"/>
        <w:widowControl/>
        <w:pBdr>
          <w:bottom w:val="single" w:sz="8" w:space="3" w:color="D8C7CC"/>
        </w:pBdr>
      </w:pPr>
      <w:r>
        <w:rPr>
          <w:rFonts w:ascii="Arial" w:hAnsi="Arial"/>
          <w:b/>
        </w:rPr>
        <w:t>Gameplay:</w:t>
      </w:r>
    </w:p>
    <w:p>
      <w:pPr>
        <w:pStyle w:val="TPBullet"/>
        <w:widowControl/>
      </w:pPr>
      <w:r>
        <w:rPr>
          <w:rFonts w:ascii="Arial" w:hAnsi="Arial"/>
          <w:b/>
          <w:color w:val="7B2438"/>
        </w:rPr>
        <w:t xml:space="preserve">•  </w:t>
      </w:r>
      <w:r>
        <w:rPr>
          <w:rFonts w:ascii="Arial" w:hAnsi="Arial"/>
          <w:b/>
        </w:rPr>
        <w:t>Major Character &amp; CQM Update:</w:t>
      </w:r>
      <w:r>
        <w:rPr>
          <w:rFonts w:ascii="Arial" w:hAnsi="Arial"/>
        </w:rPr>
        <w:t xml:space="preserve"> Character profiles now dynamically evolve alongside the story. Meet new people, uncover their backgrounds, develop relationships, and make important choices — the CQM will gradually reflect what your character has actually learned and experienced during your individual playthrough. (Thanks to gnoobie for the percenteg visuells)</w:t>
      </w:r>
    </w:p>
    <w:p>
      <w:pPr>
        <w:pStyle w:val="TPBullet"/>
        <w:widowControl/>
      </w:pPr>
      <w:r>
        <w:rPr>
          <w:rFonts w:ascii="Arial" w:hAnsi="Arial"/>
          <w:b/>
          <w:color w:val="7B2438"/>
        </w:rPr>
        <w:t xml:space="preserve">•  </w:t>
      </w:r>
      <w:r>
        <w:rPr>
          <w:rFonts w:ascii="Arial" w:hAnsi="Arial"/>
          <w:b/>
        </w:rPr>
        <w:t>Added Character Profile Update notifications</w:t>
      </w:r>
      <w:r>
        <w:rPr>
          <w:rFonts w:ascii="Arial" w:hAnsi="Arial"/>
        </w:rPr>
        <w:t>, making it easier to notice when new information, identities, relationships, or major developments have been added to a character’s profile.</w:t>
      </w:r>
    </w:p>
    <w:p>
      <w:pPr>
        <w:pStyle w:val="TPBullet"/>
        <w:widowControl/>
      </w:pPr>
      <w:r>
        <w:rPr>
          <w:rFonts w:ascii="Arial" w:hAnsi="Arial"/>
          <w:b/>
          <w:color w:val="7B2438"/>
        </w:rPr>
        <w:t xml:space="preserve">•  </w:t>
      </w:r>
      <w:r>
        <w:rPr>
          <w:rFonts w:ascii="Arial" w:hAnsi="Arial"/>
        </w:rPr>
        <w:t>Updatedt the CQM to get it ready for the future and put in some quests</w:t>
      </w:r>
    </w:p>
    <w:p>
      <w:pPr>
        <w:pStyle w:val="TPSection"/>
        <w:widowControl/>
        <w:pBdr>
          <w:bottom w:val="single" w:sz="8" w:space="3" w:color="D8C7CC"/>
        </w:pBdr>
      </w:pPr>
      <w:r>
        <w:rPr>
          <w:rFonts w:ascii="Arial" w:hAnsi="Arial"/>
          <w:b/>
        </w:rPr>
        <w:t>Bugfixes:</w:t>
      </w:r>
    </w:p>
    <w:p>
      <w:pPr>
        <w:pStyle w:val="TPSubsection"/>
        <w:widowControl/>
      </w:pPr>
      <w:r>
        <w:rPr>
          <w:rFonts w:ascii="Arial" w:hAnsi="Arial"/>
          <w:b/>
        </w:rPr>
        <w:t>Update Highlights</w:t>
      </w:r>
    </w:p>
    <w:p>
      <w:pPr>
        <w:pStyle w:val="TPHighlightBullet"/>
        <w:shd w:fill="F6F2F3" w:val="clear"/>
        <w:widowControl/>
        <w:pBdr>
          <w:left w:val="single" w:sz="18" w:space="4" w:color="7B2438"/>
        </w:pBdr>
        <w:spacing w:before="50" w:after="90"/>
        <w:ind w:left="403" w:right="144"/>
      </w:pPr>
      <w:r>
        <w:rPr>
          <w:rFonts w:ascii="Arial" w:hAnsi="Arial"/>
          <w:b/>
          <w:color w:val="7B2438"/>
        </w:rPr>
        <w:t xml:space="preserve">•  </w:t>
      </w:r>
      <w:r>
        <w:rPr>
          <w:rFonts w:ascii="Arial" w:hAnsi="Arial"/>
        </w:rPr>
        <w:t>Fixed a major Scentek progression issue where Mister Peter’s warehouse route and Steve’s treatment route could incorrectly block or overlap each other, potentially leaving Michelle without a valid treatment path; affected old saves are repaired.</w:t>
      </w:r>
    </w:p>
    <w:p>
      <w:pPr>
        <w:pStyle w:val="TPHighlightBullet"/>
        <w:shd w:fill="F6F2F3" w:val="clear"/>
        <w:widowControl/>
        <w:pBdr>
          <w:left w:val="single" w:sz="18" w:space="4" w:color="7B2438"/>
        </w:pBdr>
        <w:spacing w:before="50" w:after="90"/>
        <w:ind w:left="403" w:right="144"/>
      </w:pPr>
      <w:r>
        <w:rPr>
          <w:rFonts w:ascii="Arial" w:hAnsi="Arial"/>
          <w:b/>
          <w:color w:val="7B2438"/>
        </w:rPr>
        <w:t xml:space="preserve">•  </w:t>
      </w:r>
      <w:r>
        <w:rPr>
          <w:rFonts w:ascii="Arial" w:hAnsi="Arial"/>
        </w:rPr>
        <w:t>Fixed a major progression issue during Nina’s first cinema visit that could skip several cinema events, jump directly to the park route, and leave the route in an invalid state.</w:t>
      </w:r>
    </w:p>
    <w:p>
      <w:pPr>
        <w:pStyle w:val="TPBullet"/>
        <w:widowControl/>
      </w:pPr>
      <w:r>
        <w:rPr>
          <w:rFonts w:ascii="Arial" w:hAnsi="Arial"/>
          <w:b/>
          <w:color w:val="7B2438"/>
        </w:rPr>
        <w:t xml:space="preserve">•  </w:t>
      </w:r>
      <w:r>
        <w:rPr>
          <w:rFonts w:ascii="Arial" w:hAnsi="Arial"/>
        </w:rPr>
        <w:t>Fixed several issues across Nina’s neighbour, sibling-game, cinema, and film routes that could trigger the wrong route, skip introductory scenes, display incorrect hints, or prevent route flags from being set correctly.</w:t>
      </w:r>
    </w:p>
    <w:p>
      <w:pPr>
        <w:pStyle w:val="TPBullet"/>
        <w:widowControl/>
      </w:pPr>
      <w:r>
        <w:rPr>
          <w:rFonts w:ascii="Arial" w:hAnsi="Arial"/>
          <w:b/>
          <w:color w:val="7B2438"/>
        </w:rPr>
        <w:t xml:space="preserve">•  </w:t>
      </w:r>
      <w:r>
        <w:rPr>
          <w:rFonts w:ascii="Arial" w:hAnsi="Arial"/>
        </w:rPr>
        <w:t>Fixed multiple progression blockers in the Mia, Jill, Vanessa, Gloria, Melanie, and Fallen Angel routes that could prevent later scenes from appearing or cause events to trigger at the wrong stage.</w:t>
      </w:r>
    </w:p>
    <w:p>
      <w:pPr>
        <w:pStyle w:val="TPBullet"/>
        <w:widowControl/>
      </w:pPr>
      <w:r>
        <w:rPr>
          <w:rFonts w:ascii="Arial" w:hAnsi="Arial"/>
          <w:b/>
          <w:color w:val="7B2438"/>
        </w:rPr>
        <w:t xml:space="preserve">•  </w:t>
      </w:r>
      <w:r>
        <w:rPr>
          <w:rFonts w:ascii="Arial" w:hAnsi="Arial"/>
        </w:rPr>
        <w:t>Fixed several undefined or incorrectly named variables that could cause crashes in Jack’s public-pool route, Karen’s farm event, Michelle’s bar route, Lisa’s boyfriend route, and the boyfriend bathroom event.</w:t>
      </w:r>
    </w:p>
    <w:p>
      <w:pPr>
        <w:pStyle w:val="TPBullet"/>
        <w:widowControl/>
      </w:pPr>
      <w:r>
        <w:rPr>
          <w:rFonts w:ascii="Arial" w:hAnsi="Arial"/>
          <w:b/>
          <w:color w:val="7B2438"/>
        </w:rPr>
        <w:t xml:space="preserve">•  </w:t>
      </w:r>
      <w:r>
        <w:rPr>
          <w:rFonts w:ascii="Arial" w:hAnsi="Arial"/>
        </w:rPr>
        <w:t>Fixed numerous money and price issues across the VIP Bar, Lisa’s bar events, the cinema, public pool, farm events, bank deposits, flower sales, and other paid choices, including several cases that could create a negative Novos balance.</w:t>
      </w:r>
    </w:p>
    <w:p>
      <w:pPr>
        <w:pStyle w:val="TPBullet"/>
        <w:widowControl/>
      </w:pPr>
      <w:r>
        <w:rPr>
          <w:rFonts w:ascii="Arial" w:hAnsi="Arial"/>
          <w:b/>
          <w:color w:val="7B2438"/>
        </w:rPr>
        <w:t xml:space="preserve">•  </w:t>
      </w:r>
      <w:r>
        <w:rPr>
          <w:rFonts w:ascii="Arial" w:hAnsi="Arial"/>
        </w:rPr>
        <w:t>Fixed several issues in Michelle’s bar and dance routes that could select the wrong partner, reaction, dialogue branch, or progression stage.</w:t>
      </w:r>
    </w:p>
    <w:p>
      <w:pPr>
        <w:pStyle w:val="TPBullet"/>
        <w:widowControl/>
      </w:pPr>
      <w:r>
        <w:rPr>
          <w:rFonts w:ascii="Arial" w:hAnsi="Arial"/>
          <w:b/>
          <w:color w:val="7B2438"/>
        </w:rPr>
        <w:t xml:space="preserve">•  </w:t>
      </w:r>
      <w:r>
        <w:rPr>
          <w:rFonts w:ascii="Arial" w:hAnsi="Arial"/>
        </w:rPr>
        <w:t>Fixed multiple Jack-route issues involving ShareJack thresholds, spanking scenes, massage reactions, public-pool events, and Michelle’s responses.</w:t>
      </w:r>
    </w:p>
    <w:p>
      <w:pPr>
        <w:pStyle w:val="TPBullet"/>
        <w:widowControl/>
      </w:pPr>
      <w:r>
        <w:rPr>
          <w:rFonts w:ascii="Arial" w:hAnsi="Arial"/>
          <w:b/>
          <w:color w:val="7B2438"/>
        </w:rPr>
        <w:t xml:space="preserve">•  </w:t>
      </w:r>
      <w:r>
        <w:rPr>
          <w:rFonts w:ascii="Arial" w:hAnsi="Arial"/>
        </w:rPr>
        <w:t>Fixed several farm, mine, landfill, and production calculations that could display incorrect wages, output quantities, required amounts, purchases, or product results.</w:t>
      </w:r>
    </w:p>
    <w:p>
      <w:pPr>
        <w:pStyle w:val="TPBullet"/>
        <w:widowControl/>
      </w:pPr>
      <w:r>
        <w:rPr>
          <w:rFonts w:ascii="Arial" w:hAnsi="Arial"/>
          <w:b/>
          <w:color w:val="7B2438"/>
        </w:rPr>
        <w:t xml:space="preserve">•  </w:t>
      </w:r>
      <w:r>
        <w:rPr>
          <w:rFonts w:ascii="Arial" w:hAnsi="Arial"/>
        </w:rPr>
        <w:t>Fixed multiple boyfriend-route conditions and variable errors that could display or mention the wrong boyfriend or prevent character-specific dialogue from appearing.</w:t>
      </w:r>
    </w:p>
    <w:p>
      <w:pPr>
        <w:pStyle w:val="TPBullet"/>
        <w:widowControl/>
      </w:pPr>
      <w:r>
        <w:rPr>
          <w:rFonts w:ascii="Arial" w:hAnsi="Arial"/>
          <w:b/>
          <w:color w:val="7B2438"/>
        </w:rPr>
        <w:t xml:space="preserve">•  </w:t>
      </w:r>
      <w:r>
        <w:rPr>
          <w:rFonts w:ascii="Arial" w:hAnsi="Arial"/>
        </w:rPr>
        <w:t>Fixed several technical event issues, including an incorrect fishing hotspot, a missing farm image, a wrong washing-event menu jump, an incorrect television-channel condition, and incorrect minigame result handling.</w:t>
      </w:r>
    </w:p>
    <w:p>
      <w:pPr>
        <w:pStyle w:val="TPSubsection"/>
        <w:widowControl/>
      </w:pPr>
      <w:r>
        <w:rPr>
          <w:rFonts w:ascii="Arial" w:hAnsi="Arial"/>
          <w:b/>
        </w:rPr>
        <w:t>Story Progression &amp; Routes</w:t>
      </w:r>
    </w:p>
    <w:p>
      <w:pPr>
        <w:pStyle w:val="TPBullet"/>
        <w:widowControl/>
      </w:pPr>
      <w:r>
        <w:rPr>
          <w:rFonts w:ascii="Arial" w:hAnsi="Arial"/>
          <w:b/>
          <w:color w:val="7B2438"/>
        </w:rPr>
        <w:t xml:space="preserve">•  </w:t>
      </w:r>
      <w:r>
        <w:rPr>
          <w:rFonts w:ascii="Arial" w:hAnsi="Arial"/>
        </w:rPr>
        <w:t>Fixed progression and event-order issues across Mia’s route, Jill’s training route, Vanessa’s VIP progression, Gloria’s negative route, Melanie’s farm milestones, and the Fallen Angel route.</w:t>
      </w:r>
    </w:p>
    <w:p>
      <w:pPr>
        <w:pStyle w:val="TPBullet"/>
        <w:widowControl/>
      </w:pPr>
      <w:r>
        <w:rPr>
          <w:rFonts w:ascii="Arial" w:hAnsi="Arial"/>
          <w:b/>
          <w:color w:val="7B2438"/>
        </w:rPr>
        <w:t xml:space="preserve">•  </w:t>
      </w:r>
      <w:r>
        <w:rPr>
          <w:rFonts w:ascii="Arial" w:hAnsi="Arial"/>
        </w:rPr>
        <w:t>Fixed several Nina-route issues involving her first cinema visit, the younger and older neighbour routes, the sibling-game route, and the film route with Tchanun.</w:t>
      </w:r>
    </w:p>
    <w:p>
      <w:pPr>
        <w:pStyle w:val="TPBullet"/>
        <w:widowControl/>
      </w:pPr>
      <w:r>
        <w:rPr>
          <w:rFonts w:ascii="Arial" w:hAnsi="Arial"/>
          <w:b/>
          <w:color w:val="7B2438"/>
        </w:rPr>
        <w:t xml:space="preserve">•  </w:t>
      </w:r>
      <w:r>
        <w:rPr>
          <w:rFonts w:ascii="Arial" w:hAnsi="Arial"/>
        </w:rPr>
        <w:t>Fixed relationship and route progression issues involving Gabrielle, Jack, Lin, Helena, and Michelle.</w:t>
      </w:r>
    </w:p>
    <w:p>
      <w:pPr>
        <w:pStyle w:val="TPBullet"/>
        <w:widowControl/>
      </w:pPr>
      <w:r>
        <w:rPr>
          <w:rFonts w:ascii="Arial" w:hAnsi="Arial"/>
          <w:b/>
          <w:color w:val="7B2438"/>
        </w:rPr>
        <w:t xml:space="preserve">•  </w:t>
      </w:r>
      <w:r>
        <w:rPr>
          <w:rFonts w:ascii="Arial" w:hAnsi="Arial"/>
        </w:rPr>
        <w:t>Fixed Michelle’s Scentek treatment-route logic so the Steve and Mister Peter/Doctor Conrad Rabiot routes now remain mutually exclusive, including repair handling for affected old saves.</w:t>
      </w:r>
    </w:p>
    <w:p>
      <w:pPr>
        <w:pStyle w:val="TPBullet"/>
        <w:widowControl/>
      </w:pPr>
      <w:r>
        <w:rPr>
          <w:rFonts w:ascii="Arial" w:hAnsi="Arial"/>
          <w:b/>
          <w:color w:val="7B2438"/>
        </w:rPr>
        <w:t xml:space="preserve">•  </w:t>
      </w:r>
      <w:r>
        <w:rPr>
          <w:rFonts w:ascii="Arial" w:hAnsi="Arial"/>
        </w:rPr>
        <w:t>Fixed several progression thresholds that could prevent scenes from unlocking when Corruption, DDLevel, Charm, relationship, or sharing values reached specific boundary values.</w:t>
      </w:r>
    </w:p>
    <w:p>
      <w:pPr>
        <w:pStyle w:val="TPSubsection"/>
        <w:widowControl/>
      </w:pPr>
      <w:r>
        <w:rPr>
          <w:rFonts w:ascii="Arial" w:hAnsi="Arial"/>
          <w:b/>
        </w:rPr>
        <w:t>Michelle’s Bar &amp; Dance Events</w:t>
      </w:r>
    </w:p>
    <w:p>
      <w:pPr>
        <w:pStyle w:val="TPBullet"/>
        <w:widowControl/>
      </w:pPr>
      <w:r>
        <w:rPr>
          <w:rFonts w:ascii="Arial" w:hAnsi="Arial"/>
          <w:b/>
          <w:color w:val="7B2438"/>
        </w:rPr>
        <w:t xml:space="preserve">•  </w:t>
      </w:r>
      <w:r>
        <w:rPr>
          <w:rFonts w:ascii="Arial" w:hAnsi="Arial"/>
        </w:rPr>
        <w:t>Fixed multiple dance conditions that could select the wrong partner, dialogue, route, or reaction during Michelle’s bar events.</w:t>
      </w:r>
    </w:p>
    <w:p>
      <w:pPr>
        <w:pStyle w:val="TPBullet"/>
        <w:widowControl/>
      </w:pPr>
      <w:r>
        <w:rPr>
          <w:rFonts w:ascii="Arial" w:hAnsi="Arial"/>
          <w:b/>
          <w:color w:val="7B2438"/>
        </w:rPr>
        <w:t xml:space="preserve">•  </w:t>
      </w:r>
      <w:r>
        <w:rPr>
          <w:rFonts w:ascii="Arial" w:hAnsi="Arial"/>
        </w:rPr>
        <w:t>Fixed conditions involving Greg, the Tango Dancer, Dave, the older man, Olivia, and previous dance permissions.</w:t>
      </w:r>
    </w:p>
    <w:p>
      <w:pPr>
        <w:pStyle w:val="TPBullet"/>
        <w:widowControl/>
      </w:pPr>
      <w:r>
        <w:rPr>
          <w:rFonts w:ascii="Arial" w:hAnsi="Arial"/>
          <w:b/>
          <w:color w:val="7B2438"/>
        </w:rPr>
        <w:t xml:space="preserve">•  </w:t>
      </w:r>
      <w:r>
        <w:rPr>
          <w:rFonts w:ascii="Arial" w:hAnsi="Arial"/>
        </w:rPr>
        <w:t>Fixed DDLevel progression at levels 8 and 9 and corrected several Corruption, relationship, and Exhibitionism thresholds.</w:t>
      </w:r>
    </w:p>
    <w:p>
      <w:pPr>
        <w:pStyle w:val="TPBullet"/>
        <w:widowControl/>
      </w:pPr>
      <w:r>
        <w:rPr>
          <w:rFonts w:ascii="Arial" w:hAnsi="Arial"/>
          <w:b/>
          <w:color w:val="7B2438"/>
        </w:rPr>
        <w:t xml:space="preserve">•  </w:t>
      </w:r>
      <w:r>
        <w:rPr>
          <w:rFonts w:ascii="Arial" w:hAnsi="Arial"/>
        </w:rPr>
        <w:t>Fixed bar-history and previous-event conditions that could cause incorrect responses during later visits.</w:t>
      </w:r>
    </w:p>
    <w:p>
      <w:pPr>
        <w:pStyle w:val="TPSubsection"/>
        <w:widowControl/>
      </w:pPr>
      <w:r>
        <w:rPr>
          <w:rFonts w:ascii="Arial" w:hAnsi="Arial"/>
          <w:b/>
        </w:rPr>
        <w:t>Nina’s Events</w:t>
      </w:r>
    </w:p>
    <w:p>
      <w:pPr>
        <w:pStyle w:val="TPBullet"/>
        <w:widowControl/>
      </w:pPr>
      <w:r>
        <w:rPr>
          <w:rFonts w:ascii="Arial" w:hAnsi="Arial"/>
          <w:b/>
          <w:color w:val="7B2438"/>
        </w:rPr>
        <w:t xml:space="preserve">•  </w:t>
      </w:r>
      <w:r>
        <w:rPr>
          <w:rFonts w:ascii="Arial" w:hAnsi="Arial"/>
        </w:rPr>
        <w:t>Fixed a major cinema progression issue that could skip multiple events and jump directly into the park route.</w:t>
      </w:r>
    </w:p>
    <w:p>
      <w:pPr>
        <w:pStyle w:val="TPBullet"/>
        <w:widowControl/>
      </w:pPr>
      <w:r>
        <w:rPr>
          <w:rFonts w:ascii="Arial" w:hAnsi="Arial"/>
          <w:b/>
          <w:color w:val="7B2438"/>
        </w:rPr>
        <w:t xml:space="preserve">•  </w:t>
      </w:r>
      <w:r>
        <w:rPr>
          <w:rFonts w:ascii="Arial" w:hAnsi="Arial"/>
        </w:rPr>
        <w:t>Fixed missing money deductions and incorrect cinema-counter conditions.</w:t>
      </w:r>
    </w:p>
    <w:p>
      <w:pPr>
        <w:pStyle w:val="TPBullet"/>
        <w:widowControl/>
      </w:pPr>
      <w:r>
        <w:rPr>
          <w:rFonts w:ascii="Arial" w:hAnsi="Arial"/>
          <w:b/>
          <w:color w:val="7B2438"/>
        </w:rPr>
        <w:t xml:space="preserve">•  </w:t>
      </w:r>
      <w:r>
        <w:rPr>
          <w:rFonts w:ascii="Arial" w:hAnsi="Arial"/>
        </w:rPr>
        <w:t>Fixed neighbour-route conditions and ensured the young-neighbour completion flag is now set correctly.</w:t>
      </w:r>
    </w:p>
    <w:p>
      <w:pPr>
        <w:pStyle w:val="TPBullet"/>
        <w:widowControl/>
      </w:pPr>
      <w:r>
        <w:rPr>
          <w:rFonts w:ascii="Arial" w:hAnsi="Arial"/>
          <w:b/>
          <w:color w:val="7B2438"/>
        </w:rPr>
        <w:t xml:space="preserve">•  </w:t>
      </w:r>
      <w:r>
        <w:rPr>
          <w:rFonts w:ascii="Arial" w:hAnsi="Arial"/>
        </w:rPr>
        <w:t>Fixed sibling-game hints and several film-route conditions that could skip introductory scenes or treat Nina as inexperienced at the wrong stage.</w:t>
      </w:r>
    </w:p>
    <w:p>
      <w:pPr>
        <w:pStyle w:val="TPSubsection"/>
        <w:widowControl/>
      </w:pPr>
      <w:r>
        <w:rPr>
          <w:rFonts w:ascii="Arial" w:hAnsi="Arial"/>
          <w:b/>
        </w:rPr>
        <w:t>Jack’s Events</w:t>
      </w:r>
    </w:p>
    <w:p>
      <w:pPr>
        <w:pStyle w:val="TPBullet"/>
        <w:widowControl/>
      </w:pPr>
      <w:r>
        <w:rPr>
          <w:rFonts w:ascii="Arial" w:hAnsi="Arial"/>
          <w:b/>
          <w:color w:val="7B2438"/>
        </w:rPr>
        <w:t xml:space="preserve">•  </w:t>
      </w:r>
      <w:r>
        <w:rPr>
          <w:rFonts w:ascii="Arial" w:hAnsi="Arial"/>
        </w:rPr>
        <w:t>Fixed ShareJack updates and threshold conditions that could trigger the wrong public-pool reactions.</w:t>
      </w:r>
    </w:p>
    <w:p>
      <w:pPr>
        <w:pStyle w:val="TPBullet"/>
        <w:widowControl/>
      </w:pPr>
      <w:r>
        <w:rPr>
          <w:rFonts w:ascii="Arial" w:hAnsi="Arial"/>
          <w:b/>
          <w:color w:val="7B2438"/>
        </w:rPr>
        <w:t xml:space="preserve">•  </w:t>
      </w:r>
      <w:r>
        <w:rPr>
          <w:rFonts w:ascii="Arial" w:hAnsi="Arial"/>
        </w:rPr>
        <w:t>Fixed duplicated conditions that could select the wrong spanking scene or hide Michelle’s special reaction at exactly ShareJack 10.</w:t>
      </w:r>
    </w:p>
    <w:p>
      <w:pPr>
        <w:pStyle w:val="TPBullet"/>
        <w:widowControl/>
      </w:pPr>
      <w:r>
        <w:rPr>
          <w:rFonts w:ascii="Arial" w:hAnsi="Arial"/>
          <w:b/>
          <w:color w:val="7B2438"/>
        </w:rPr>
        <w:t xml:space="preserve">•  </w:t>
      </w:r>
      <w:r>
        <w:rPr>
          <w:rFonts w:ascii="Arial" w:hAnsi="Arial"/>
        </w:rPr>
        <w:t>Fixed an unreachable reaction during Jack’s massage event.</w:t>
      </w:r>
    </w:p>
    <w:p>
      <w:pPr>
        <w:pStyle w:val="TPBullet"/>
        <w:widowControl/>
      </w:pPr>
      <w:r>
        <w:rPr>
          <w:rFonts w:ascii="Arial" w:hAnsi="Arial"/>
          <w:b/>
          <w:color w:val="7B2438"/>
        </w:rPr>
        <w:t xml:space="preserve">•  </w:t>
      </w:r>
      <w:r>
        <w:rPr>
          <w:rFonts w:ascii="Arial" w:hAnsi="Arial"/>
        </w:rPr>
        <w:t>Fixed an undefined relationship variable that could crash one of Jack’s public-pool events.</w:t>
      </w:r>
    </w:p>
    <w:p>
      <w:pPr>
        <w:pStyle w:val="TPSubsection"/>
        <w:widowControl/>
      </w:pPr>
      <w:r>
        <w:rPr>
          <w:rFonts w:ascii="Arial" w:hAnsi="Arial"/>
          <w:b/>
        </w:rPr>
        <w:t>Lisa, Boyfriend &amp; Bar Events</w:t>
      </w:r>
    </w:p>
    <w:p>
      <w:pPr>
        <w:pStyle w:val="TPBullet"/>
        <w:widowControl/>
      </w:pPr>
      <w:r>
        <w:rPr>
          <w:rFonts w:ascii="Arial" w:hAnsi="Arial"/>
          <w:b/>
          <w:color w:val="7B2438"/>
        </w:rPr>
        <w:t xml:space="preserve">•  </w:t>
      </w:r>
      <w:r>
        <w:rPr>
          <w:rFonts w:ascii="Arial" w:hAnsi="Arial"/>
        </w:rPr>
        <w:t>Fixed incorrect prices, bill deductions, money requirements, and displayed costs during Lisa’s bar events.</w:t>
      </w:r>
    </w:p>
    <w:p>
      <w:pPr>
        <w:pStyle w:val="TPBullet"/>
        <w:widowControl/>
      </w:pPr>
      <w:r>
        <w:rPr>
          <w:rFonts w:ascii="Arial" w:hAnsi="Arial"/>
          <w:b/>
          <w:color w:val="7B2438"/>
        </w:rPr>
        <w:t xml:space="preserve">•  </w:t>
      </w:r>
      <w:r>
        <w:rPr>
          <w:rFonts w:ascii="Arial" w:hAnsi="Arial"/>
        </w:rPr>
        <w:t>Fixed several boyfriend-route conditions that could mention the wrong boyfriend or prevent David-specific dialogue from appearing.</w:t>
      </w:r>
    </w:p>
    <w:p>
      <w:pPr>
        <w:pStyle w:val="TPBullet"/>
        <w:widowControl/>
      </w:pPr>
      <w:r>
        <w:rPr>
          <w:rFonts w:ascii="Arial" w:hAnsi="Arial"/>
          <w:b/>
          <w:color w:val="7B2438"/>
        </w:rPr>
        <w:t xml:space="preserve">•  </w:t>
      </w:r>
      <w:r>
        <w:rPr>
          <w:rFonts w:ascii="Arial" w:hAnsi="Arial"/>
        </w:rPr>
        <w:t>Fixed Lisa’s roleplay state values so the Marcus and player variants are now recognized consistently by later scenes.</w:t>
      </w:r>
    </w:p>
    <w:p>
      <w:pPr>
        <w:pStyle w:val="TPBullet"/>
        <w:widowControl/>
      </w:pPr>
      <w:r>
        <w:rPr>
          <w:rFonts w:ascii="Arial" w:hAnsi="Arial"/>
          <w:b/>
          <w:color w:val="7B2438"/>
        </w:rPr>
        <w:t xml:space="preserve">•  </w:t>
      </w:r>
      <w:r>
        <w:rPr>
          <w:rFonts w:ascii="Arial" w:hAnsi="Arial"/>
        </w:rPr>
        <w:t>Fixed multiple boyfriend-address variable typos and an incorrectly initialized bathroom-event variable.</w:t>
      </w:r>
    </w:p>
    <w:p>
      <w:pPr>
        <w:pStyle w:val="TPBullet"/>
        <w:widowControl/>
      </w:pPr>
      <w:r>
        <w:rPr>
          <w:rFonts w:ascii="Arial" w:hAnsi="Arial"/>
          <w:b/>
          <w:color w:val="7B2438"/>
        </w:rPr>
        <w:t xml:space="preserve">•  </w:t>
      </w:r>
      <w:r>
        <w:rPr>
          <w:rFonts w:ascii="Arial" w:hAnsi="Arial"/>
        </w:rPr>
        <w:t>Fixed an incorrect variable in the B&amp;B route and several money-related issues in the NTD route.</w:t>
      </w:r>
    </w:p>
    <w:p>
      <w:pPr>
        <w:pStyle w:val="TPBullet"/>
        <w:widowControl/>
      </w:pPr>
      <w:r>
        <w:rPr>
          <w:rFonts w:ascii="Arial" w:hAnsi="Arial"/>
          <w:b/>
          <w:color w:val="7B2438"/>
        </w:rPr>
        <w:t xml:space="preserve">•  </w:t>
      </w:r>
      <w:r>
        <w:rPr>
          <w:rFonts w:ascii="Arial" w:hAnsi="Arial"/>
        </w:rPr>
        <w:t>Fixed a wrong menu jump during Lisa’s washing event.</w:t>
      </w:r>
    </w:p>
    <w:p>
      <w:pPr>
        <w:pStyle w:val="TPSubsection"/>
        <w:widowControl/>
      </w:pPr>
      <w:r>
        <w:rPr>
          <w:rFonts w:ascii="Arial" w:hAnsi="Arial"/>
          <w:b/>
        </w:rPr>
        <w:t>Economy &amp; Payments</w:t>
      </w:r>
    </w:p>
    <w:p>
      <w:pPr>
        <w:pStyle w:val="TPBullet"/>
        <w:widowControl/>
      </w:pPr>
      <w:r>
        <w:rPr>
          <w:rFonts w:ascii="Arial" w:hAnsi="Arial"/>
          <w:b/>
          <w:color w:val="7B2438"/>
        </w:rPr>
        <w:t xml:space="preserve">•  </w:t>
      </w:r>
      <w:r>
        <w:rPr>
          <w:rFonts w:ascii="Arial" w:hAnsi="Arial"/>
        </w:rPr>
        <w:t>Fixed incorrect REA, clinic, bank-account, and remaining-balance calculations during the clinic finale.</w:t>
      </w:r>
    </w:p>
    <w:p>
      <w:pPr>
        <w:pStyle w:val="TPBullet"/>
        <w:widowControl/>
      </w:pPr>
      <w:r>
        <w:rPr>
          <w:rFonts w:ascii="Arial" w:hAnsi="Arial"/>
          <w:b/>
          <w:color w:val="7B2438"/>
        </w:rPr>
        <w:t xml:space="preserve">•  </w:t>
      </w:r>
      <w:r>
        <w:rPr>
          <w:rFonts w:ascii="Arial" w:hAnsi="Arial"/>
        </w:rPr>
        <w:t>Fixed VIP Bar prices and deductions for Vanessa, Marble, and discounted access.</w:t>
      </w:r>
    </w:p>
    <w:p>
      <w:pPr>
        <w:pStyle w:val="TPBullet"/>
        <w:widowControl/>
      </w:pPr>
      <w:r>
        <w:rPr>
          <w:rFonts w:ascii="Arial" w:hAnsi="Arial"/>
          <w:b/>
          <w:color w:val="7B2438"/>
        </w:rPr>
        <w:t xml:space="preserve">•  </w:t>
      </w:r>
      <w:r>
        <w:rPr>
          <w:rFonts w:ascii="Arial" w:hAnsi="Arial"/>
        </w:rPr>
        <w:t>Fixed paid choices that could be selected without enough Novos during Gloria’s route, Karen’s farm event, Vanessa’s drink event, the cinema, and public-pool visits.</w:t>
      </w:r>
    </w:p>
    <w:p>
      <w:pPr>
        <w:pStyle w:val="TPBullet"/>
        <w:widowControl/>
      </w:pPr>
      <w:r>
        <w:rPr>
          <w:rFonts w:ascii="Arial" w:hAnsi="Arial"/>
          <w:b/>
          <w:color w:val="7B2438"/>
        </w:rPr>
        <w:t xml:space="preserve">•  </w:t>
      </w:r>
      <w:r>
        <w:rPr>
          <w:rFonts w:ascii="Arial" w:hAnsi="Arial"/>
        </w:rPr>
        <w:t>Fixed bank-deposit conditions that rejected deposits equal to the player’s current Novos balance.</w:t>
      </w:r>
    </w:p>
    <w:p>
      <w:pPr>
        <w:pStyle w:val="TPBullet"/>
        <w:widowControl/>
      </w:pPr>
      <w:r>
        <w:rPr>
          <w:rFonts w:ascii="Arial" w:hAnsi="Arial"/>
          <w:b/>
          <w:color w:val="7B2438"/>
        </w:rPr>
        <w:t xml:space="preserve">•  </w:t>
      </w:r>
      <w:r>
        <w:rPr>
          <w:rFonts w:ascii="Arial" w:hAnsi="Arial"/>
        </w:rPr>
        <w:t>Fixed incorrect flower-sale profits, purchase-counter behaviour, and displayed prices.</w:t>
      </w:r>
    </w:p>
    <w:p>
      <w:pPr>
        <w:pStyle w:val="TPBullet"/>
        <w:widowControl/>
      </w:pPr>
      <w:r>
        <w:rPr>
          <w:rFonts w:ascii="Arial" w:hAnsi="Arial"/>
          <w:b/>
          <w:color w:val="7B2438"/>
        </w:rPr>
        <w:t xml:space="preserve">•  </w:t>
      </w:r>
      <w:r>
        <w:rPr>
          <w:rFonts w:ascii="Arial" w:hAnsi="Arial"/>
        </w:rPr>
        <w:t>Fixed incorrect cinema, chocolate, bar, and event-related payments.</w:t>
      </w:r>
    </w:p>
    <w:p>
      <w:pPr>
        <w:pStyle w:val="TPSubsection"/>
        <w:widowControl/>
      </w:pPr>
      <w:r>
        <w:rPr>
          <w:rFonts w:ascii="Arial" w:hAnsi="Arial"/>
          <w:b/>
        </w:rPr>
        <w:t>Farm, Jobs &amp; Production</w:t>
      </w:r>
    </w:p>
    <w:p>
      <w:pPr>
        <w:pStyle w:val="TPBullet"/>
        <w:widowControl/>
      </w:pPr>
      <w:r>
        <w:rPr>
          <w:rFonts w:ascii="Arial" w:hAnsi="Arial"/>
          <w:b/>
          <w:color w:val="7B2438"/>
        </w:rPr>
        <w:t xml:space="preserve">•  </w:t>
      </w:r>
      <w:r>
        <w:rPr>
          <w:rFonts w:ascii="Arial" w:hAnsi="Arial"/>
        </w:rPr>
        <w:t>Fixed several farm calculations involving Arousal, production output, product requirements, and displayed quantities.</w:t>
      </w:r>
    </w:p>
    <w:p>
      <w:pPr>
        <w:pStyle w:val="TPBullet"/>
        <w:widowControl/>
      </w:pPr>
      <w:r>
        <w:rPr>
          <w:rFonts w:ascii="Arial" w:hAnsi="Arial"/>
          <w:b/>
          <w:color w:val="7B2438"/>
        </w:rPr>
        <w:t xml:space="preserve">•  </w:t>
      </w:r>
      <w:r>
        <w:rPr>
          <w:rFonts w:ascii="Arial" w:hAnsi="Arial"/>
        </w:rPr>
        <w:t>Fixed Dave’s milk-product transaction and Noelle’s requested-product conditions.</w:t>
      </w:r>
    </w:p>
    <w:p>
      <w:pPr>
        <w:pStyle w:val="TPBullet"/>
        <w:widowControl/>
      </w:pPr>
      <w:r>
        <w:rPr>
          <w:rFonts w:ascii="Arial" w:hAnsi="Arial"/>
          <w:b/>
          <w:color w:val="7B2438"/>
        </w:rPr>
        <w:t xml:space="preserve">•  </w:t>
      </w:r>
      <w:r>
        <w:rPr>
          <w:rFonts w:ascii="Arial" w:hAnsi="Arial"/>
        </w:rPr>
        <w:t>Fixed incorrect mine goals and wage information.</w:t>
      </w:r>
    </w:p>
    <w:p>
      <w:pPr>
        <w:pStyle w:val="TPBullet"/>
        <w:widowControl/>
      </w:pPr>
      <w:r>
        <w:rPr>
          <w:rFonts w:ascii="Arial" w:hAnsi="Arial"/>
          <w:b/>
          <w:color w:val="7B2438"/>
        </w:rPr>
        <w:t xml:space="preserve">•  </w:t>
      </w:r>
      <w:r>
        <w:rPr>
          <w:rFonts w:ascii="Arial" w:hAnsi="Arial"/>
        </w:rPr>
        <w:t>Fixed landfill payment amounts, wage information, and the missing Sunday spa voucher.</w:t>
      </w:r>
    </w:p>
    <w:p>
      <w:pPr>
        <w:pStyle w:val="TPBullet"/>
        <w:widowControl/>
      </w:pPr>
      <w:r>
        <w:rPr>
          <w:rFonts w:ascii="Arial" w:hAnsi="Arial"/>
          <w:b/>
          <w:color w:val="7B2438"/>
        </w:rPr>
        <w:t xml:space="preserve">•  </w:t>
      </w:r>
      <w:r>
        <w:rPr>
          <w:rFonts w:ascii="Arial" w:hAnsi="Arial"/>
        </w:rPr>
        <w:t>Fixed Vanessa’s relationship update during her farm event.</w:t>
      </w:r>
    </w:p>
    <w:p>
      <w:pPr>
        <w:pStyle w:val="TPBullet"/>
        <w:widowControl/>
      </w:pPr>
      <w:r>
        <w:rPr>
          <w:rFonts w:ascii="Arial" w:hAnsi="Arial"/>
          <w:b/>
          <w:color w:val="7B2438"/>
        </w:rPr>
        <w:t xml:space="preserve">•  </w:t>
      </w:r>
      <w:r>
        <w:rPr>
          <w:rFonts w:ascii="Arial" w:hAnsi="Arial"/>
        </w:rPr>
        <w:t>Fixed an incorrect farm image reference.</w:t>
      </w:r>
    </w:p>
    <w:p>
      <w:pPr>
        <w:pStyle w:val="TPSubsection"/>
        <w:widowControl/>
      </w:pPr>
      <w:r>
        <w:rPr>
          <w:rFonts w:ascii="Arial" w:hAnsi="Arial"/>
          <w:b/>
        </w:rPr>
        <w:t>Event Logic &amp; Character Reactions</w:t>
      </w:r>
    </w:p>
    <w:p>
      <w:pPr>
        <w:pStyle w:val="TPBullet"/>
        <w:widowControl/>
      </w:pPr>
      <w:r>
        <w:rPr>
          <w:rFonts w:ascii="Arial" w:hAnsi="Arial"/>
          <w:b/>
          <w:color w:val="7B2438"/>
        </w:rPr>
        <w:t xml:space="preserve">•  </w:t>
      </w:r>
      <w:r>
        <w:rPr>
          <w:rFonts w:ascii="Arial" w:hAnsi="Arial"/>
        </w:rPr>
        <w:t>Fixed incorrect or unreachable reactions involving David, Penny, Gabrielle, Helena, Noelle, Michelle, Candy, Bob, and several boyfriend-route characters.</w:t>
      </w:r>
    </w:p>
    <w:p>
      <w:pPr>
        <w:pStyle w:val="TPBullet"/>
        <w:widowControl/>
      </w:pPr>
      <w:r>
        <w:rPr>
          <w:rFonts w:ascii="Arial" w:hAnsi="Arial"/>
          <w:b/>
          <w:color w:val="7B2438"/>
        </w:rPr>
        <w:t xml:space="preserve">•  </w:t>
      </w:r>
      <w:r>
        <w:rPr>
          <w:rFonts w:ascii="Arial" w:hAnsi="Arial"/>
        </w:rPr>
        <w:t>Fixed the Hard Evidence dialogue branch and several Penny VIP Bar routing conditions.</w:t>
      </w:r>
    </w:p>
    <w:p>
      <w:pPr>
        <w:pStyle w:val="TPBullet"/>
        <w:widowControl/>
      </w:pPr>
      <w:r>
        <w:rPr>
          <w:rFonts w:ascii="Arial" w:hAnsi="Arial"/>
          <w:b/>
          <w:color w:val="7B2438"/>
        </w:rPr>
        <w:t xml:space="preserve">•  </w:t>
      </w:r>
      <w:r>
        <w:rPr>
          <w:rFonts w:ascii="Arial" w:hAnsi="Arial"/>
        </w:rPr>
        <w:t>Fixed Candy’s takeover conditions so the correct bar scenes appear when she replaces Lisa or Dave.</w:t>
      </w:r>
    </w:p>
    <w:p>
      <w:pPr>
        <w:pStyle w:val="TPBullet"/>
        <w:widowControl/>
      </w:pPr>
      <w:r>
        <w:rPr>
          <w:rFonts w:ascii="Arial" w:hAnsi="Arial"/>
          <w:b/>
          <w:color w:val="7B2438"/>
        </w:rPr>
        <w:t xml:space="preserve">•  </w:t>
      </w:r>
      <w:r>
        <w:rPr>
          <w:rFonts w:ascii="Arial" w:hAnsi="Arial"/>
        </w:rPr>
        <w:t>Fixed an issue that could permanently prevent Bob from groping the player’s wife’s breasts.</w:t>
      </w:r>
    </w:p>
    <w:p>
      <w:pPr>
        <w:pStyle w:val="TPBullet"/>
        <w:widowControl/>
      </w:pPr>
      <w:r>
        <w:rPr>
          <w:rFonts w:ascii="Arial" w:hAnsi="Arial"/>
          <w:b/>
          <w:color w:val="7B2438"/>
        </w:rPr>
        <w:t xml:space="preserve">•  </w:t>
      </w:r>
      <w:r>
        <w:rPr>
          <w:rFonts w:ascii="Arial" w:hAnsi="Arial"/>
        </w:rPr>
        <w:t>Fixed an incorrect tickle-state variable that could trigger the wrong scene.</w:t>
      </w:r>
    </w:p>
    <w:p>
      <w:pPr>
        <w:pStyle w:val="TPSubsection"/>
        <w:widowControl/>
      </w:pPr>
      <w:r>
        <w:rPr>
          <w:rFonts w:ascii="Arial" w:hAnsi="Arial"/>
          <w:b/>
        </w:rPr>
        <w:t>Technical &amp; Minigame Fixes</w:t>
      </w:r>
    </w:p>
    <w:p>
      <w:pPr>
        <w:pStyle w:val="TPBullet"/>
        <w:widowControl/>
      </w:pPr>
      <w:r>
        <w:rPr>
          <w:rFonts w:ascii="Arial" w:hAnsi="Arial"/>
          <w:b/>
          <w:color w:val="7B2438"/>
        </w:rPr>
        <w:t xml:space="preserve">•  </w:t>
      </w:r>
      <w:r>
        <w:rPr>
          <w:rFonts w:ascii="Arial" w:hAnsi="Arial"/>
        </w:rPr>
        <w:t>Fixed Jill’s minigame result variable so the correct outcome is selected.</w:t>
      </w:r>
    </w:p>
    <w:p>
      <w:pPr>
        <w:pStyle w:val="TPBullet"/>
        <w:widowControl/>
      </w:pPr>
      <w:r>
        <w:rPr>
          <w:rFonts w:ascii="Arial" w:hAnsi="Arial"/>
          <w:b/>
          <w:color w:val="7B2438"/>
        </w:rPr>
        <w:t xml:space="preserve">•  </w:t>
      </w:r>
      <w:r>
        <w:rPr>
          <w:rFonts w:ascii="Arial" w:hAnsi="Arial"/>
        </w:rPr>
        <w:t>Fixed the fishing minigame hotspot position.</w:t>
      </w:r>
    </w:p>
    <w:p>
      <w:pPr>
        <w:pStyle w:val="TPBullet"/>
        <w:widowControl/>
      </w:pPr>
      <w:r>
        <w:rPr>
          <w:rFonts w:ascii="Arial" w:hAnsi="Arial"/>
          <w:b/>
          <w:color w:val="7B2438"/>
        </w:rPr>
        <w:t xml:space="preserve">•  </w:t>
      </w:r>
      <w:r>
        <w:rPr>
          <w:rFonts w:ascii="Arial" w:hAnsi="Arial"/>
        </w:rPr>
        <w:t>Fixed a duplicated television-channel condition that prevented one activity from being selected.</w:t>
      </w:r>
    </w:p>
    <w:p>
      <w:pPr>
        <w:pStyle w:val="TPBullet"/>
        <w:widowControl/>
      </w:pPr>
      <w:r>
        <w:rPr>
          <w:rFonts w:ascii="Arial" w:hAnsi="Arial"/>
          <w:b/>
          <w:color w:val="7B2438"/>
        </w:rPr>
        <w:t xml:space="preserve">•  </w:t>
      </w:r>
      <w:r>
        <w:rPr>
          <w:rFonts w:ascii="Arial" w:hAnsi="Arial"/>
        </w:rPr>
        <w:t>Fixed several undefined, misspelled, or incorrectly named variables that could cause crashes or incorrect event states.</w:t>
      </w:r>
    </w:p>
    <w:p>
      <w:pPr>
        <w:pStyle w:val="TPBullet"/>
        <w:widowControl/>
      </w:pPr>
      <w:r>
        <w:rPr>
          <w:rFonts w:ascii="Arial" w:hAnsi="Arial"/>
          <w:b/>
          <w:color w:val="7B2438"/>
        </w:rPr>
        <w:t xml:space="preserve">•  </w:t>
      </w:r>
      <w:r>
        <w:rPr>
          <w:rFonts w:ascii="Arial" w:hAnsi="Arial"/>
        </w:rPr>
        <w:t>Fixed an incorrect washing-event menu jump and several routing issues that could lead into the wrong scene.</w:t>
      </w:r>
    </w:p>
    <w:p>
      <w:pPr>
        <w:pStyle w:val="TPBullet"/>
        <w:widowControl/>
      </w:pPr>
      <w:r>
        <w:rPr>
          <w:rFonts w:ascii="Arial" w:hAnsi="Arial"/>
          <w:b/>
          <w:color w:val="7B2438"/>
        </w:rPr>
        <w:t xml:space="preserve">•  </w:t>
      </w:r>
      <w:r>
        <w:rPr>
          <w:rFonts w:ascii="Arial" w:hAnsi="Arial"/>
        </w:rPr>
        <w:t>Fixed some typos</w:t>
      </w:r>
    </w:p>
    <w:p>
      <w:pPr>
        <w:pStyle w:val="TPBullet"/>
        <w:widowControl/>
      </w:pPr>
      <w:r>
        <w:rPr>
          <w:rFonts w:ascii="Arial" w:hAnsi="Arial"/>
          <w:b/>
          <w:color w:val="7B2438"/>
        </w:rPr>
        <w:t xml:space="preserve">•  </w:t>
      </w:r>
      <w:r>
        <w:rPr>
          <w:rFonts w:ascii="Arial" w:hAnsi="Arial"/>
        </w:rPr>
        <w:t>Fixed some smaller bugs</w:t>
      </w:r>
    </w:p>
    <w:sectPr w:rsidR="00FC693F" w:rsidRPr="0006063C" w:rsidSect="00034616">
      <w:headerReference w:type="default" r:id="rId9"/>
      <w:headerReference w:type="first" r:id="rId10"/>
      <w:footerReference w:type="default" r:id="rId11"/>
      <w:footerReference w:type="first" r:id="rId12"/>
      <w:pgSz w:w="11906" w:h="16838"/>
      <w:pgMar w:top="979" w:right="1123" w:bottom="979" w:left="1123"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20"/>
      <w:jc w:val="right"/>
      <w:pBdr>
        <w:top w:val="single" w:sz="6" w:space="2" w:color="D8C7CC"/>
      </w:pBdr>
    </w:pPr>
    <w:r>
      <w:rPr>
        <w:rFonts w:ascii="Arial" w:hAnsi="Arial"/>
        <w:color w:val="656565"/>
        <w:sz w:val="16"/>
      </w:rPr>
      <w:t xml:space="preserve">0.99.9   |   </w:t>
    </w:r>
    <w:r>
      <w:rPr>
        <w:rFonts w:ascii="Arial" w:hAnsi="Arial"/>
        <w:color w:val="656565"/>
        <w:sz w:val="16"/>
      </w:rP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color w:val="656565"/>
        <w:sz w:val="16"/>
      </w:rPr>
      <w:t xml:space="preserve">0.99.9   |   </w:t>
    </w:r>
    <w:r>
      <w:rPr>
        <w:rFonts w:ascii="Arial" w:hAnsi="Arial"/>
        <w:color w:val="656565"/>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20"/>
      <w:jc w:val="right"/>
      <w:pBdr>
        <w:bottom w:val="single" w:sz="6" w:space="2" w:color="D8C7CC"/>
      </w:pBdr>
    </w:pPr>
    <w:r>
      <w:rPr>
        <w:rFonts w:ascii="Arial" w:hAnsi="Arial"/>
        <w:b/>
        <w:color w:val="5A1727"/>
        <w:sz w:val="16"/>
      </w:rPr>
      <w:t>The Promise 0.99.9</w:t>
    </w:r>
    <w:r>
      <w:rPr>
        <w:rFonts w:ascii="Arial" w:hAnsi="Arial"/>
        <w:color w:val="656565"/>
        <w:sz w:val="16"/>
      </w:rPr>
      <w:t xml:space="preserve">  ·  Xagrim’s Gameforge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Arial" w:hAnsi="Arial"/>
      <w:color w:val="222222"/>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PIntro">
    <w:name w:val="TP Intro"/>
    <w:pPr>
      <w:spacing w:before="40" w:after="200" w:line="276" w:lineRule="auto"/>
      <w:ind w:left="173" w:right="115"/>
    </w:pPr>
    <w:rPr>
      <w:rFonts w:ascii="Arial" w:hAnsi="Arial"/>
      <w:color w:val="3C3C3C"/>
      <w:sz w:val="20"/>
    </w:rPr>
  </w:style>
  <w:style w:type="paragraph" w:customStyle="1" w:styleId="TPSection">
    <w:name w:val="TP Section"/>
    <w:pPr>
      <w:keepNext/>
      <w:spacing w:before="200" w:after="100"/>
    </w:pPr>
    <w:rPr>
      <w:rFonts w:ascii="Arial" w:hAnsi="Arial"/>
      <w:b/>
      <w:color w:val="5A1727"/>
      <w:sz w:val="27"/>
    </w:rPr>
  </w:style>
  <w:style w:type="paragraph" w:customStyle="1" w:styleId="TPSubsection">
    <w:name w:val="TP Subsection"/>
    <w:pPr>
      <w:keepNext/>
      <w:spacing w:before="180" w:after="80"/>
    </w:pPr>
    <w:rPr>
      <w:rFonts w:ascii="Arial" w:hAnsi="Arial"/>
      <w:b/>
      <w:color w:val="7B2438"/>
      <w:sz w:val="22"/>
    </w:rPr>
  </w:style>
  <w:style w:type="paragraph" w:customStyle="1" w:styleId="TPBullet">
    <w:name w:val="TP Bullet"/>
    <w:pPr>
      <w:keepLines/>
      <w:spacing w:after="100" w:line="264" w:lineRule="auto"/>
      <w:ind w:left="317" w:hanging="230" w:right="29"/>
    </w:pPr>
    <w:rPr>
      <w:rFonts w:ascii="Arial" w:hAnsi="Arial"/>
      <w:color w:val="222222"/>
      <w:sz w:val="20"/>
    </w:rPr>
  </w:style>
  <w:style w:type="paragraph" w:customStyle="1" w:styleId="TPHighlightBullet">
    <w:name w:val="TP Highlight Bullet"/>
    <w:pPr>
      <w:keepLines/>
      <w:spacing w:before="40" w:after="100" w:line="264" w:lineRule="auto"/>
      <w:ind w:left="288" w:hanging="216" w:right="115"/>
    </w:pPr>
    <w:rPr>
      <w:rFonts w:ascii="Arial" w:hAnsi="Arial"/>
      <w:color w:val="222222"/>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Promise 0.99.9 by Xagrim’s Gameforge</dc:title>
  <dc:subject>Changelog 0.99.9</dc:subject>
  <dc:creator>Xagrim’s Gameforge</dc:creator>
  <cp:keywords/>
  <dc:description>generated by python-docx</dc:description>
  <cp:lastModifiedBy/>
  <cp:revision>1</cp:revision>
  <dcterms:created xsi:type="dcterms:W3CDTF">2013-12-23T23:15:00Z</dcterms:created>
  <dcterms:modified xsi:type="dcterms:W3CDTF">2013-12-23T23:15:00Z</dcterms:modified>
  <cp:category/>
</cp:coreProperties>
</file>